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5D6E" w14:textId="77777777" w:rsidR="004F741E" w:rsidRDefault="00000000">
      <w:pPr>
        <w:spacing w:after="80"/>
        <w:jc w:val="center"/>
        <w:rPr>
          <w:lang w:eastAsia="ko-KR"/>
        </w:rPr>
      </w:pPr>
      <w:r>
        <w:rPr>
          <w:rFonts w:ascii="NanumSquare" w:eastAsia="NanumSquare" w:hAnsi="NanumSquare" w:cs="NanumSquare"/>
          <w:b/>
          <w:sz w:val="40"/>
          <w:lang w:eastAsia="ko-KR"/>
        </w:rPr>
        <w:t>업무대행 계약서</w:t>
      </w:r>
    </w:p>
    <w:p w14:paraId="7C762C82" w14:textId="77777777" w:rsidR="004F741E" w:rsidRDefault="00000000">
      <w:pPr>
        <w:spacing w:after="280"/>
        <w:jc w:val="center"/>
        <w:rPr>
          <w:lang w:eastAsia="ko-KR"/>
        </w:rPr>
      </w:pPr>
      <w:r>
        <w:rPr>
          <w:rFonts w:ascii="NanumSquare" w:eastAsia="NanumSquare" w:hAnsi="NanumSquare" w:cs="NanumSquare"/>
          <w:b/>
          <w:sz w:val="28"/>
          <w:lang w:eastAsia="ko-KR"/>
        </w:rPr>
        <w:t>(위임장 겸 확인서)</w:t>
      </w:r>
    </w:p>
    <w:p w14:paraId="5C9678A0" w14:textId="77777777" w:rsidR="004F741E" w:rsidRDefault="00000000">
      <w:pPr>
        <w:spacing w:after="320"/>
        <w:jc w:val="center"/>
        <w:rPr>
          <w:lang w:eastAsia="ko-KR"/>
        </w:rPr>
      </w:pPr>
      <w:proofErr w:type="spellStart"/>
      <w:r>
        <w:rPr>
          <w:rFonts w:cs="NanumGothic"/>
          <w:b/>
          <w:sz w:val="23"/>
          <w:lang w:eastAsia="ko-KR"/>
        </w:rPr>
        <w:t>링크맘</w:t>
      </w:r>
      <w:proofErr w:type="spellEnd"/>
      <w:r>
        <w:rPr>
          <w:rFonts w:cs="NanumGothic"/>
          <w:b/>
          <w:sz w:val="23"/>
          <w:lang w:eastAsia="ko-KR"/>
        </w:rPr>
        <w:t xml:space="preserve"> </w:t>
      </w:r>
      <w:proofErr w:type="spellStart"/>
      <w:r>
        <w:rPr>
          <w:rFonts w:cs="NanumGothic"/>
          <w:b/>
          <w:sz w:val="23"/>
          <w:lang w:eastAsia="ko-KR"/>
        </w:rPr>
        <w:t>용인동백점</w:t>
      </w:r>
      <w:proofErr w:type="spellEnd"/>
      <w:r>
        <w:rPr>
          <w:rFonts w:cs="NanumGothic"/>
          <w:b/>
          <w:sz w:val="23"/>
          <w:lang w:eastAsia="ko-KR"/>
        </w:rPr>
        <w:t xml:space="preserve"> 카카오 매장 등록 및 관리 업무대행 확인서</w:t>
      </w:r>
    </w:p>
    <w:p w14:paraId="139E86A4" w14:textId="77777777" w:rsidR="004F741E" w:rsidRDefault="00000000">
      <w:pPr>
        <w:spacing w:after="160"/>
        <w:rPr>
          <w:lang w:eastAsia="ko-KR"/>
        </w:rPr>
      </w:pPr>
      <w:r>
        <w:rPr>
          <w:rFonts w:cs="NanumGothic"/>
          <w:lang w:eastAsia="ko-KR"/>
        </w:rPr>
        <w:t xml:space="preserve">본 확인서는 아래 위임자가 수임자에게 카카오비즈니스, </w:t>
      </w:r>
      <w:proofErr w:type="spellStart"/>
      <w:r>
        <w:rPr>
          <w:rFonts w:cs="NanumGothic"/>
          <w:lang w:eastAsia="ko-KR"/>
        </w:rPr>
        <w:t>카카오맵</w:t>
      </w:r>
      <w:proofErr w:type="spellEnd"/>
      <w:r>
        <w:rPr>
          <w:rFonts w:cs="NanumGothic"/>
          <w:lang w:eastAsia="ko-KR"/>
        </w:rPr>
        <w:t>, 카카오톡 채널 등에서의 매장 등록 및 관리 업무를 대행하도록 위임하였음을 확인하기 위해 작성합니다.</w:t>
      </w:r>
    </w:p>
    <w:p w14:paraId="43A0065D" w14:textId="77777777" w:rsidR="004F741E" w:rsidRDefault="00000000">
      <w:pPr>
        <w:pStyle w:val="21"/>
        <w:spacing w:before="240" w:after="100"/>
      </w:pPr>
      <w:r>
        <w:rPr>
          <w:rFonts w:ascii="NanumSquare" w:eastAsia="NanumSquare" w:hAnsi="NanumSquare" w:cs="NanumSquare"/>
        </w:rPr>
        <w:t xml:space="preserve">1. </w:t>
      </w:r>
      <w:proofErr w:type="spellStart"/>
      <w:r>
        <w:rPr>
          <w:rFonts w:ascii="NanumSquare" w:eastAsia="NanumSquare" w:hAnsi="NanumSquare" w:cs="NanumSquare"/>
        </w:rPr>
        <w:t>위임자</w:t>
      </w:r>
      <w:proofErr w:type="spellEnd"/>
      <w:r>
        <w:rPr>
          <w:rFonts w:ascii="NanumSquare" w:eastAsia="NanumSquare" w:hAnsi="NanumSquare" w:cs="NanumSquare"/>
        </w:rPr>
        <w:t xml:space="preserve"> </w:t>
      </w:r>
      <w:proofErr w:type="spellStart"/>
      <w:r>
        <w:rPr>
          <w:rFonts w:ascii="NanumSquare" w:eastAsia="NanumSquare" w:hAnsi="NanumSquare" w:cs="NanumSquare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257"/>
      </w:tblGrid>
      <w:tr w:rsidR="004F741E" w14:paraId="3C2653B7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20EDE2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상호명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52D79C" w14:textId="48426791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 xml:space="preserve">주식회사 </w:t>
            </w:r>
            <w:proofErr w:type="spellStart"/>
            <w:r>
              <w:rPr>
                <w:rFonts w:cs="NanumGothic" w:hint="eastAsia"/>
                <w:lang w:eastAsia="ko-KR"/>
              </w:rPr>
              <w:t>링크맘용인동백점</w:t>
            </w:r>
            <w:proofErr w:type="spellEnd"/>
          </w:p>
        </w:tc>
      </w:tr>
      <w:tr w:rsidR="004F741E" w14:paraId="458CBA4B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66575E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사업자등록번호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327A5A" w14:textId="245B509D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205-88-03352</w:t>
            </w:r>
          </w:p>
        </w:tc>
      </w:tr>
      <w:tr w:rsidR="004F741E" w14:paraId="7828CE54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D3A2CB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대표자명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190D87" w14:textId="716691B7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이유진</w:t>
            </w:r>
          </w:p>
        </w:tc>
      </w:tr>
      <w:tr w:rsidR="004F741E" w14:paraId="6CE1B23A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8067FF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사업장 주소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288A9" w14:textId="5668BC81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 xml:space="preserve">경기도 용인시 </w:t>
            </w:r>
            <w:proofErr w:type="spellStart"/>
            <w:r>
              <w:rPr>
                <w:rFonts w:cs="NanumGothic" w:hint="eastAsia"/>
                <w:lang w:eastAsia="ko-KR"/>
              </w:rPr>
              <w:t>기흥구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</w:t>
            </w:r>
            <w:proofErr w:type="spellStart"/>
            <w:r>
              <w:rPr>
                <w:rFonts w:cs="NanumGothic" w:hint="eastAsia"/>
                <w:lang w:eastAsia="ko-KR"/>
              </w:rPr>
              <w:t>언동로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193-15, 2층 (중동, </w:t>
            </w:r>
            <w:proofErr w:type="spellStart"/>
            <w:r>
              <w:rPr>
                <w:rFonts w:cs="NanumGothic" w:hint="eastAsia"/>
                <w:lang w:eastAsia="ko-KR"/>
              </w:rPr>
              <w:t>에이앤디</w:t>
            </w:r>
            <w:proofErr w:type="spellEnd"/>
            <w:r>
              <w:rPr>
                <w:rFonts w:cs="NanumGothic" w:hint="eastAsia"/>
                <w:lang w:eastAsia="ko-KR"/>
              </w:rPr>
              <w:t>637)</w:t>
            </w:r>
          </w:p>
        </w:tc>
      </w:tr>
      <w:tr w:rsidR="004F741E" w14:paraId="0000241E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7F5E6C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연락처</w:t>
            </w:r>
            <w:proofErr w:type="spellEnd"/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5618BF" w14:textId="3705DF7C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070-5055-1078</w:t>
            </w:r>
          </w:p>
        </w:tc>
      </w:tr>
    </w:tbl>
    <w:p w14:paraId="20764660" w14:textId="77777777" w:rsidR="004F741E" w:rsidRDefault="00000000">
      <w:pPr>
        <w:spacing w:before="60" w:after="80"/>
        <w:rPr>
          <w:lang w:eastAsia="ko-KR"/>
        </w:rPr>
      </w:pPr>
      <w:r>
        <w:rPr>
          <w:rFonts w:cs="NanumGothic"/>
          <w:lang w:eastAsia="ko-KR"/>
        </w:rPr>
        <w:t>이하 “위임자”라 합니다.</w:t>
      </w:r>
    </w:p>
    <w:p w14:paraId="7476A28C" w14:textId="77777777" w:rsidR="004F741E" w:rsidRDefault="00000000">
      <w:pPr>
        <w:pStyle w:val="21"/>
        <w:spacing w:before="240" w:after="100"/>
      </w:pPr>
      <w:r>
        <w:rPr>
          <w:rFonts w:ascii="NanumSquare" w:eastAsia="NanumSquare" w:hAnsi="NanumSquare" w:cs="NanumSquare"/>
        </w:rPr>
        <w:t xml:space="preserve">2. </w:t>
      </w:r>
      <w:proofErr w:type="spellStart"/>
      <w:r>
        <w:rPr>
          <w:rFonts w:ascii="NanumSquare" w:eastAsia="NanumSquare" w:hAnsi="NanumSquare" w:cs="NanumSquare"/>
        </w:rPr>
        <w:t>수임자</w:t>
      </w:r>
      <w:proofErr w:type="spellEnd"/>
      <w:r>
        <w:rPr>
          <w:rFonts w:ascii="NanumSquare" w:eastAsia="NanumSquare" w:hAnsi="NanumSquare" w:cs="NanumSquare"/>
        </w:rPr>
        <w:t xml:space="preserve"> </w:t>
      </w:r>
      <w:proofErr w:type="spellStart"/>
      <w:r>
        <w:rPr>
          <w:rFonts w:ascii="NanumSquare" w:eastAsia="NanumSquare" w:hAnsi="NanumSquare" w:cs="NanumSquare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257"/>
      </w:tblGrid>
      <w:tr w:rsidR="004F741E" w14:paraId="75D35ED3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46BC0A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성명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A883C1" w14:textId="67D7B3D6" w:rsidR="004F741E" w:rsidRDefault="00622F44">
            <w:pPr>
              <w:spacing w:after="0"/>
              <w:rPr>
                <w:rFonts w:hint="eastAsia"/>
                <w:lang w:eastAsia="ko-KR"/>
              </w:rPr>
            </w:pPr>
            <w:proofErr w:type="spellStart"/>
            <w:r>
              <w:rPr>
                <w:rFonts w:cs="NanumGothic" w:hint="eastAsia"/>
                <w:lang w:eastAsia="ko-KR"/>
              </w:rPr>
              <w:t>이솔</w:t>
            </w:r>
            <w:proofErr w:type="spellEnd"/>
          </w:p>
        </w:tc>
      </w:tr>
      <w:tr w:rsidR="004F741E" w14:paraId="237F614F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E9AB14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소속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503CB" w14:textId="59A8129D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ascii="바탕" w:eastAsia="바탕" w:hAnsi="바탕" w:cs="바탕" w:hint="eastAsia"/>
                <w:lang w:eastAsia="ko-KR"/>
              </w:rPr>
              <w:t>㈜</w:t>
            </w:r>
            <w:proofErr w:type="spellStart"/>
            <w:r>
              <w:rPr>
                <w:rFonts w:cs="NanumGothic" w:hint="eastAsia"/>
                <w:lang w:eastAsia="ko-KR"/>
              </w:rPr>
              <w:t>에르모어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</w:t>
            </w:r>
            <w:proofErr w:type="spellStart"/>
            <w:r w:rsidR="00000000">
              <w:rPr>
                <w:rFonts w:cs="NanumGothic"/>
                <w:lang w:eastAsia="ko-KR"/>
              </w:rPr>
              <w:t>링크맘</w:t>
            </w:r>
            <w:r>
              <w:rPr>
                <w:rFonts w:cs="NanumGothic" w:hint="eastAsia"/>
                <w:lang w:eastAsia="ko-KR"/>
              </w:rPr>
              <w:t>사업팀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마케팅파트</w:t>
            </w:r>
          </w:p>
        </w:tc>
      </w:tr>
      <w:tr w:rsidR="004F741E" w14:paraId="2F68F74E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C4D004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직위</w:t>
            </w:r>
            <w:proofErr w:type="spellEnd"/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6D0BC2" w14:textId="33D51A52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과장</w:t>
            </w:r>
          </w:p>
        </w:tc>
      </w:tr>
      <w:tr w:rsidR="004F741E" w14:paraId="0A863CA1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E43F67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연락처</w:t>
            </w:r>
            <w:proofErr w:type="spellEnd"/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614AFB" w14:textId="79431E65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010-4780-9208</w:t>
            </w:r>
          </w:p>
        </w:tc>
      </w:tr>
    </w:tbl>
    <w:p w14:paraId="5AD09DDD" w14:textId="77777777" w:rsidR="004F741E" w:rsidRDefault="00000000">
      <w:pPr>
        <w:spacing w:before="60" w:after="80"/>
        <w:rPr>
          <w:lang w:eastAsia="ko-KR"/>
        </w:rPr>
      </w:pPr>
      <w:r>
        <w:rPr>
          <w:rFonts w:cs="NanumGothic"/>
          <w:lang w:eastAsia="ko-KR"/>
        </w:rPr>
        <w:t>이하 “</w:t>
      </w:r>
      <w:proofErr w:type="spellStart"/>
      <w:r>
        <w:rPr>
          <w:rFonts w:cs="NanumGothic"/>
          <w:lang w:eastAsia="ko-KR"/>
        </w:rPr>
        <w:t>수임자</w:t>
      </w:r>
      <w:proofErr w:type="spellEnd"/>
      <w:r>
        <w:rPr>
          <w:rFonts w:cs="NanumGothic"/>
          <w:lang w:eastAsia="ko-KR"/>
        </w:rPr>
        <w:t>”라 합니다.</w:t>
      </w:r>
    </w:p>
    <w:p w14:paraId="10451C07" w14:textId="77777777" w:rsidR="004F741E" w:rsidRDefault="00000000">
      <w:pPr>
        <w:pStyle w:val="21"/>
        <w:spacing w:before="240" w:after="100"/>
        <w:rPr>
          <w:lang w:eastAsia="ko-KR"/>
        </w:rPr>
      </w:pPr>
      <w:r>
        <w:rPr>
          <w:rFonts w:ascii="NanumSquare" w:eastAsia="NanumSquare" w:hAnsi="NanumSquare" w:cs="NanumSquare"/>
          <w:lang w:eastAsia="ko-KR"/>
        </w:rPr>
        <w:t>3. 위임 업무 범위</w:t>
      </w:r>
    </w:p>
    <w:p w14:paraId="4650EBDE" w14:textId="77777777" w:rsidR="004F741E" w:rsidRDefault="00000000">
      <w:pPr>
        <w:spacing w:after="80"/>
        <w:rPr>
          <w:lang w:eastAsia="ko-KR"/>
        </w:rPr>
      </w:pPr>
      <w:r>
        <w:rPr>
          <w:rFonts w:cs="NanumGothic"/>
          <w:lang w:eastAsia="ko-KR"/>
        </w:rPr>
        <w:t>위임자는 수임자에게 아래 업무를 대행할 권한을 위임합니다.</w:t>
      </w:r>
    </w:p>
    <w:p w14:paraId="29758DC0" w14:textId="77777777" w:rsidR="004F741E" w:rsidRDefault="00000000">
      <w:pPr>
        <w:pStyle w:val="a"/>
        <w:spacing w:after="4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 xml:space="preserve">카카오비즈니스 및 </w:t>
      </w:r>
      <w:proofErr w:type="spellStart"/>
      <w:r>
        <w:rPr>
          <w:rFonts w:cs="NanumGothic"/>
          <w:lang w:eastAsia="ko-KR"/>
        </w:rPr>
        <w:t>카카오맵</w:t>
      </w:r>
      <w:proofErr w:type="spellEnd"/>
      <w:r>
        <w:rPr>
          <w:rFonts w:cs="NanumGothic"/>
          <w:lang w:eastAsia="ko-KR"/>
        </w:rPr>
        <w:t xml:space="preserve"> 내 </w:t>
      </w:r>
      <w:proofErr w:type="spellStart"/>
      <w:r>
        <w:rPr>
          <w:rFonts w:cs="NanumGothic"/>
          <w:lang w:eastAsia="ko-KR"/>
        </w:rPr>
        <w:t>링크맘</w:t>
      </w:r>
      <w:proofErr w:type="spellEnd"/>
      <w:r>
        <w:rPr>
          <w:rFonts w:cs="NanumGothic"/>
          <w:lang w:eastAsia="ko-KR"/>
        </w:rPr>
        <w:t xml:space="preserve"> </w:t>
      </w:r>
      <w:proofErr w:type="spellStart"/>
      <w:r>
        <w:rPr>
          <w:rFonts w:cs="NanumGothic"/>
          <w:lang w:eastAsia="ko-KR"/>
        </w:rPr>
        <w:t>용인동백점</w:t>
      </w:r>
      <w:proofErr w:type="spellEnd"/>
      <w:r>
        <w:rPr>
          <w:rFonts w:cs="NanumGothic"/>
          <w:lang w:eastAsia="ko-KR"/>
        </w:rPr>
        <w:t xml:space="preserve"> 신규 매장 등록 신청</w:t>
      </w:r>
    </w:p>
    <w:p w14:paraId="1DCBBA05" w14:textId="77777777" w:rsidR="004F741E" w:rsidRDefault="00000000">
      <w:pPr>
        <w:pStyle w:val="a"/>
        <w:spacing w:after="4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 xml:space="preserve">매장명, 주소, 전화번호, 업종, 영업시간, 사진, </w:t>
      </w:r>
      <w:proofErr w:type="spellStart"/>
      <w:r>
        <w:rPr>
          <w:rFonts w:cs="NanumGothic"/>
          <w:lang w:eastAsia="ko-KR"/>
        </w:rPr>
        <w:t>소개글</w:t>
      </w:r>
      <w:proofErr w:type="spellEnd"/>
      <w:r>
        <w:rPr>
          <w:rFonts w:cs="NanumGothic"/>
          <w:lang w:eastAsia="ko-KR"/>
        </w:rPr>
        <w:t xml:space="preserve"> 등 매장 정보 입력 및 수정</w:t>
      </w:r>
    </w:p>
    <w:p w14:paraId="2BAC1F4B" w14:textId="77777777" w:rsidR="004F741E" w:rsidRDefault="00000000">
      <w:pPr>
        <w:pStyle w:val="a"/>
        <w:spacing w:after="4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>사업자등록증, 인허가 서류, 재직 또는 소속 확인 자료 등 카카오 심사에 필요한 서류 제출</w:t>
      </w:r>
    </w:p>
    <w:p w14:paraId="0539530C" w14:textId="77777777" w:rsidR="004F741E" w:rsidRDefault="00000000">
      <w:pPr>
        <w:pStyle w:val="a"/>
        <w:spacing w:after="4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>카카오 측 심사 보류 또는 보완 요청에 대한 자료 보완 및 재신청</w:t>
      </w:r>
    </w:p>
    <w:p w14:paraId="03339BD3" w14:textId="77777777" w:rsidR="004F741E" w:rsidRDefault="00000000">
      <w:pPr>
        <w:pStyle w:val="a"/>
        <w:spacing w:after="4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>카카오톡 채널과 매장 정보의 연결, 관리자 권한 신청 및 기본 운영 관리</w:t>
      </w:r>
    </w:p>
    <w:p w14:paraId="6DEDA46C" w14:textId="77777777" w:rsidR="004F741E" w:rsidRDefault="00000000">
      <w:pPr>
        <w:spacing w:before="80"/>
        <w:rPr>
          <w:lang w:eastAsia="ko-KR"/>
        </w:rPr>
      </w:pPr>
      <w:r>
        <w:rPr>
          <w:rFonts w:cs="NanumGothic"/>
          <w:lang w:eastAsia="ko-KR"/>
        </w:rPr>
        <w:lastRenderedPageBreak/>
        <w:t>단, 수임자는 위임자의 사전 승인 없이 유료 광고 집행, 결제수단 등록, 계약 체결, 사업자 정보 변경, 제3자 재위임을 할 수 없습니다.</w:t>
      </w:r>
    </w:p>
    <w:p w14:paraId="6616B70D" w14:textId="60179177" w:rsidR="004F741E" w:rsidRDefault="00000000" w:rsidP="00622F44">
      <w:r>
        <w:rPr>
          <w:rFonts w:ascii="NanumSquare" w:eastAsia="NanumSquare" w:hAnsi="NanumSquare" w:cs="NanumSquare"/>
          <w:b/>
          <w:sz w:val="24"/>
        </w:rPr>
        <w:t xml:space="preserve">4. </w:t>
      </w:r>
      <w:r>
        <w:rPr>
          <w:rFonts w:ascii="맑은 고딕" w:eastAsia="맑은 고딕" w:hAnsi="맑은 고딕" w:cs="맑은 고딕" w:hint="eastAsia"/>
          <w:b/>
          <w:sz w:val="24"/>
        </w:rPr>
        <w:t>대상</w:t>
      </w:r>
      <w:r>
        <w:rPr>
          <w:rFonts w:ascii="NanumSquare" w:eastAsia="NanumSquare" w:hAnsi="NanumSquare" w:cs="NanumSquare"/>
          <w:b/>
          <w:sz w:val="24"/>
        </w:rPr>
        <w:t xml:space="preserve"> </w:t>
      </w:r>
      <w:r>
        <w:rPr>
          <w:rFonts w:ascii="맑은 고딕" w:eastAsia="맑은 고딕" w:hAnsi="맑은 고딕" w:cs="맑은 고딕" w:hint="eastAsia"/>
          <w:b/>
          <w:sz w:val="24"/>
        </w:rPr>
        <w:t>매장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257"/>
      </w:tblGrid>
      <w:tr w:rsidR="004F741E" w14:paraId="73805AE3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94A56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매장명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258C34" w14:textId="77777777" w:rsidR="004F741E" w:rsidRDefault="00000000">
            <w:pPr>
              <w:spacing w:after="0"/>
            </w:pPr>
            <w:r>
              <w:rPr>
                <w:rFonts w:cs="NanumGothic"/>
              </w:rPr>
              <w:t>링크맘 용인동백점</w:t>
            </w:r>
          </w:p>
        </w:tc>
      </w:tr>
      <w:tr w:rsidR="004F741E" w14:paraId="58DB80BA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BB8EB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주소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61CBFE" w14:textId="2E75B12D" w:rsidR="004F741E" w:rsidRDefault="00622F44">
            <w:pPr>
              <w:spacing w:after="0"/>
              <w:rPr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 xml:space="preserve">경기도 용인시 </w:t>
            </w:r>
            <w:proofErr w:type="spellStart"/>
            <w:r>
              <w:rPr>
                <w:rFonts w:cs="NanumGothic" w:hint="eastAsia"/>
                <w:lang w:eastAsia="ko-KR"/>
              </w:rPr>
              <w:t>기흥구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</w:t>
            </w:r>
            <w:proofErr w:type="spellStart"/>
            <w:r>
              <w:rPr>
                <w:rFonts w:cs="NanumGothic" w:hint="eastAsia"/>
                <w:lang w:eastAsia="ko-KR"/>
              </w:rPr>
              <w:t>언동로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193-15, 2층 (중동, </w:t>
            </w:r>
            <w:proofErr w:type="spellStart"/>
            <w:r>
              <w:rPr>
                <w:rFonts w:cs="NanumGothic" w:hint="eastAsia"/>
                <w:lang w:eastAsia="ko-KR"/>
              </w:rPr>
              <w:t>에이앤디</w:t>
            </w:r>
            <w:proofErr w:type="spellEnd"/>
            <w:r>
              <w:rPr>
                <w:rFonts w:cs="NanumGothic" w:hint="eastAsia"/>
                <w:lang w:eastAsia="ko-KR"/>
              </w:rPr>
              <w:t>637)</w:t>
            </w:r>
          </w:p>
        </w:tc>
      </w:tr>
      <w:tr w:rsidR="004F741E" w14:paraId="7BD05406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E634E9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전화번호</w:t>
            </w:r>
            <w:proofErr w:type="spellEnd"/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88CA93" w14:textId="2565A46A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070-5055-1078</w:t>
            </w:r>
          </w:p>
        </w:tc>
      </w:tr>
      <w:tr w:rsidR="004F741E" w14:paraId="2CACE8FA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4563B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업종</w:t>
            </w:r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DCC637" w14:textId="777482A0" w:rsidR="004F741E" w:rsidRDefault="00622F44">
            <w:pPr>
              <w:spacing w:after="0"/>
              <w:rPr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도매 및 소매업, 유아용품 소매업</w:t>
            </w:r>
          </w:p>
        </w:tc>
      </w:tr>
      <w:tr w:rsidR="004F741E" w14:paraId="4EDCC712" w14:textId="77777777">
        <w:trPr>
          <w:jc w:val="center"/>
        </w:trPr>
        <w:tc>
          <w:tcPr>
            <w:tcW w:w="1814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7283C2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사업자등록번호</w:t>
            </w:r>
            <w:proofErr w:type="spellEnd"/>
          </w:p>
        </w:tc>
        <w:tc>
          <w:tcPr>
            <w:tcW w:w="7257" w:type="dxa"/>
            <w:tcBorders>
              <w:top w:val="single" w:sz="8" w:space="0" w:color="D9DDE3"/>
              <w:left w:val="single" w:sz="8" w:space="0" w:color="D9DDE3"/>
              <w:bottom w:val="single" w:sz="8" w:space="0" w:color="D9DDE3"/>
              <w:right w:val="single" w:sz="8" w:space="0" w:color="D9DDE3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56126" w14:textId="22E6FF41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205-88-03352</w:t>
            </w:r>
          </w:p>
        </w:tc>
      </w:tr>
    </w:tbl>
    <w:p w14:paraId="06CDE1CC" w14:textId="77777777" w:rsidR="004F741E" w:rsidRDefault="00000000">
      <w:pPr>
        <w:pStyle w:val="21"/>
        <w:spacing w:before="240" w:after="100"/>
      </w:pPr>
      <w:r>
        <w:rPr>
          <w:rFonts w:ascii="NanumSquare" w:eastAsia="NanumSquare" w:hAnsi="NanumSquare" w:cs="NanumSquare"/>
        </w:rPr>
        <w:t>5. 위임 기간</w:t>
      </w:r>
    </w:p>
    <w:p w14:paraId="235C03F0" w14:textId="77CA2856" w:rsidR="004F741E" w:rsidRDefault="00000000">
      <w:pPr>
        <w:spacing w:after="80"/>
        <w:rPr>
          <w:lang w:eastAsia="ko-KR"/>
        </w:rPr>
      </w:pPr>
      <w:r>
        <w:rPr>
          <w:rFonts w:cs="NanumGothic"/>
          <w:lang w:eastAsia="ko-KR"/>
        </w:rPr>
        <w:t>위임 기간은 20</w:t>
      </w:r>
      <w:r w:rsidR="00622F44">
        <w:rPr>
          <w:rFonts w:cs="NanumGothic" w:hint="eastAsia"/>
          <w:lang w:eastAsia="ko-KR"/>
        </w:rPr>
        <w:t>26</w:t>
      </w:r>
      <w:r>
        <w:rPr>
          <w:rFonts w:cs="NanumGothic"/>
          <w:lang w:eastAsia="ko-KR"/>
        </w:rPr>
        <w:t xml:space="preserve">년 </w:t>
      </w:r>
      <w:r w:rsidR="00622F44">
        <w:rPr>
          <w:rFonts w:cs="NanumGothic" w:hint="eastAsia"/>
          <w:lang w:eastAsia="ko-KR"/>
        </w:rPr>
        <w:t>7</w:t>
      </w:r>
      <w:r>
        <w:rPr>
          <w:rFonts w:cs="NanumGothic"/>
          <w:lang w:eastAsia="ko-KR"/>
        </w:rPr>
        <w:t xml:space="preserve">월 </w:t>
      </w:r>
      <w:r w:rsidR="00622F44">
        <w:rPr>
          <w:rFonts w:cs="NanumGothic" w:hint="eastAsia"/>
          <w:lang w:eastAsia="ko-KR"/>
        </w:rPr>
        <w:t>6</w:t>
      </w:r>
      <w:r>
        <w:rPr>
          <w:rFonts w:cs="NanumGothic"/>
          <w:lang w:eastAsia="ko-KR"/>
        </w:rPr>
        <w:t xml:space="preserve">일부터 카카오 매장 등록 및 관리자 권한 심사 </w:t>
      </w:r>
      <w:proofErr w:type="spellStart"/>
      <w:r>
        <w:rPr>
          <w:rFonts w:cs="NanumGothic"/>
          <w:lang w:eastAsia="ko-KR"/>
        </w:rPr>
        <w:t>완료일까지로</w:t>
      </w:r>
      <w:proofErr w:type="spellEnd"/>
      <w:r>
        <w:rPr>
          <w:rFonts w:cs="NanumGothic"/>
          <w:lang w:eastAsia="ko-KR"/>
        </w:rPr>
        <w:t xml:space="preserve"> 합니다. 다만, 매장 정보 유지·관리 업무가 필요한 경우 위임자의 별도 해지 통보가 없는 한 계속 유효한 것으로 합니다.</w:t>
      </w:r>
    </w:p>
    <w:p w14:paraId="1C0FC3D7" w14:textId="77777777" w:rsidR="004F741E" w:rsidRDefault="00000000">
      <w:pPr>
        <w:pStyle w:val="21"/>
        <w:spacing w:before="240" w:after="100"/>
      </w:pPr>
      <w:r>
        <w:rPr>
          <w:rFonts w:ascii="NanumSquare" w:eastAsia="NanumSquare" w:hAnsi="NanumSquare" w:cs="NanumSquare"/>
        </w:rPr>
        <w:t xml:space="preserve">6. </w:t>
      </w:r>
      <w:proofErr w:type="spellStart"/>
      <w:r>
        <w:rPr>
          <w:rFonts w:ascii="NanumSquare" w:eastAsia="NanumSquare" w:hAnsi="NanumSquare" w:cs="NanumSquare"/>
        </w:rPr>
        <w:t>확인</w:t>
      </w:r>
      <w:proofErr w:type="spellEnd"/>
      <w:r>
        <w:rPr>
          <w:rFonts w:ascii="NanumSquare" w:eastAsia="NanumSquare" w:hAnsi="NanumSquare" w:cs="NanumSquare"/>
        </w:rPr>
        <w:t xml:space="preserve"> </w:t>
      </w:r>
      <w:proofErr w:type="spellStart"/>
      <w:r>
        <w:rPr>
          <w:rFonts w:ascii="NanumSquare" w:eastAsia="NanumSquare" w:hAnsi="NanumSquare" w:cs="NanumSquare"/>
        </w:rPr>
        <w:t>사항</w:t>
      </w:r>
      <w:proofErr w:type="spellEnd"/>
    </w:p>
    <w:p w14:paraId="23D8C4AE" w14:textId="77777777" w:rsidR="004F741E" w:rsidRDefault="00000000">
      <w:pPr>
        <w:pStyle w:val="a0"/>
        <w:spacing w:after="6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 xml:space="preserve">위임자는 수임자가 위 업무를 수행하기 위해 카카오비즈니스 및 </w:t>
      </w:r>
      <w:proofErr w:type="spellStart"/>
      <w:r>
        <w:rPr>
          <w:rFonts w:cs="NanumGothic"/>
          <w:lang w:eastAsia="ko-KR"/>
        </w:rPr>
        <w:t>카카오맵에</w:t>
      </w:r>
      <w:proofErr w:type="spellEnd"/>
      <w:r>
        <w:rPr>
          <w:rFonts w:cs="NanumGothic"/>
          <w:lang w:eastAsia="ko-KR"/>
        </w:rPr>
        <w:t xml:space="preserve"> 필요한 정보를 입력하고 관련 서류를 제출하는 것에 동의합니다.</w:t>
      </w:r>
    </w:p>
    <w:p w14:paraId="4DFE1C2E" w14:textId="77777777" w:rsidR="004F741E" w:rsidRDefault="00000000">
      <w:pPr>
        <w:pStyle w:val="a0"/>
        <w:spacing w:after="6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 xml:space="preserve">수임자는 </w:t>
      </w:r>
      <w:proofErr w:type="spellStart"/>
      <w:r>
        <w:rPr>
          <w:rFonts w:cs="NanumGothic"/>
          <w:lang w:eastAsia="ko-KR"/>
        </w:rPr>
        <w:t>위임받은</w:t>
      </w:r>
      <w:proofErr w:type="spellEnd"/>
      <w:r>
        <w:rPr>
          <w:rFonts w:cs="NanumGothic"/>
          <w:lang w:eastAsia="ko-KR"/>
        </w:rPr>
        <w:t xml:space="preserve"> 업무 범위 내에서만 업무를 수행하며, 제출 서류 및 매장 정보가 사실과 다르지 않도록 관리합니다.</w:t>
      </w:r>
    </w:p>
    <w:p w14:paraId="288BE9CD" w14:textId="77777777" w:rsidR="004F741E" w:rsidRDefault="00000000">
      <w:pPr>
        <w:pStyle w:val="a0"/>
        <w:spacing w:after="60" w:line="288" w:lineRule="auto"/>
        <w:ind w:left="283" w:hanging="113"/>
        <w:rPr>
          <w:lang w:eastAsia="ko-KR"/>
        </w:rPr>
      </w:pPr>
      <w:r>
        <w:rPr>
          <w:rFonts w:cs="NanumGothic"/>
          <w:lang w:eastAsia="ko-KR"/>
        </w:rPr>
        <w:t>본 확인서는 카카오 매장 등록 및 관리자 권한 심사를 위한 업무대행 증빙자료로 제출할 수 있습니다.</w:t>
      </w:r>
    </w:p>
    <w:p w14:paraId="1A953631" w14:textId="060BC739" w:rsidR="004F741E" w:rsidRDefault="00000000">
      <w:pPr>
        <w:spacing w:before="280" w:after="240"/>
        <w:jc w:val="center"/>
      </w:pPr>
      <w:r>
        <w:rPr>
          <w:rFonts w:cs="NanumGothic"/>
          <w:b/>
          <w:sz w:val="22"/>
        </w:rPr>
        <w:t>20</w:t>
      </w:r>
      <w:r w:rsidR="00622F44">
        <w:rPr>
          <w:rFonts w:cs="NanumGothic" w:hint="eastAsia"/>
          <w:b/>
          <w:sz w:val="22"/>
          <w:lang w:eastAsia="ko-KR"/>
        </w:rPr>
        <w:t>26</w:t>
      </w:r>
      <w:r>
        <w:rPr>
          <w:rFonts w:cs="NanumGothic"/>
          <w:b/>
          <w:sz w:val="22"/>
        </w:rPr>
        <w:t xml:space="preserve">년 </w:t>
      </w:r>
      <w:r w:rsidR="00622F44">
        <w:rPr>
          <w:rFonts w:cs="NanumGothic" w:hint="eastAsia"/>
          <w:b/>
          <w:sz w:val="22"/>
          <w:lang w:eastAsia="ko-KR"/>
        </w:rPr>
        <w:t>7</w:t>
      </w:r>
      <w:r>
        <w:rPr>
          <w:rFonts w:cs="NanumGothic"/>
          <w:b/>
          <w:sz w:val="22"/>
        </w:rPr>
        <w:t xml:space="preserve">월 </w:t>
      </w:r>
      <w:r w:rsidR="00622F44">
        <w:rPr>
          <w:rFonts w:cs="NanumGothic" w:hint="eastAsia"/>
          <w:b/>
          <w:sz w:val="22"/>
          <w:lang w:eastAsia="ko-KR"/>
        </w:rPr>
        <w:t>6</w:t>
      </w:r>
      <w:r>
        <w:rPr>
          <w:rFonts w:cs="NanumGothic"/>
          <w:b/>
          <w:sz w:val="22"/>
        </w:rPr>
        <w:t>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3118"/>
        <w:gridCol w:w="1247"/>
        <w:gridCol w:w="3118"/>
      </w:tblGrid>
      <w:tr w:rsidR="004F741E" w14:paraId="3880FE79" w14:textId="77777777">
        <w:trPr>
          <w:jc w:val="center"/>
        </w:trPr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E9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4CABAC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</w:rPr>
              <w:t>구분</w:t>
            </w:r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E9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62D654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</w:rPr>
              <w:t>위임자</w:t>
            </w:r>
          </w:p>
        </w:tc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E9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51D20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</w:rPr>
              <w:t>구분</w:t>
            </w:r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E9EE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FB087B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</w:rPr>
              <w:t>수임자</w:t>
            </w:r>
          </w:p>
        </w:tc>
      </w:tr>
      <w:tr w:rsidR="004F741E" w14:paraId="22D5B38F" w14:textId="77777777">
        <w:trPr>
          <w:jc w:val="center"/>
        </w:trPr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F2CBE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상호명</w:t>
            </w:r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544520" w14:textId="77777777" w:rsidR="004F741E" w:rsidRDefault="00000000">
            <w:pPr>
              <w:spacing w:after="0"/>
            </w:pPr>
            <w:r>
              <w:rPr>
                <w:rFonts w:cs="NanumGothic"/>
              </w:rPr>
              <w:t>링크맘 용인동백점</w:t>
            </w:r>
          </w:p>
        </w:tc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EC96C6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성명</w:t>
            </w:r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60DB9B" w14:textId="41A29721" w:rsidR="004F741E" w:rsidRDefault="00622F44">
            <w:pPr>
              <w:spacing w:after="0"/>
              <w:rPr>
                <w:rFonts w:hint="eastAsia"/>
                <w:lang w:eastAsia="ko-KR"/>
              </w:rPr>
            </w:pPr>
            <w:proofErr w:type="spellStart"/>
            <w:r>
              <w:rPr>
                <w:rFonts w:cs="NanumGothic" w:hint="eastAsia"/>
                <w:lang w:eastAsia="ko-KR"/>
              </w:rPr>
              <w:t>이솔</w:t>
            </w:r>
            <w:proofErr w:type="spellEnd"/>
          </w:p>
        </w:tc>
      </w:tr>
      <w:tr w:rsidR="004F741E" w14:paraId="7A4323D7" w14:textId="77777777">
        <w:trPr>
          <w:jc w:val="center"/>
        </w:trPr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563E27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대표자명</w:t>
            </w:r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9B49C4" w14:textId="16D9376A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cs="NanumGothic" w:hint="eastAsia"/>
                <w:lang w:eastAsia="ko-KR"/>
              </w:rPr>
              <w:t>이유진</w:t>
            </w:r>
          </w:p>
        </w:tc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69B7BF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소속</w:t>
            </w:r>
            <w:proofErr w:type="spellEnd"/>
            <w:r>
              <w:rPr>
                <w:rFonts w:cs="NanumGothic"/>
                <w:b/>
                <w:sz w:val="19"/>
              </w:rPr>
              <w:t>/</w:t>
            </w:r>
            <w:proofErr w:type="spellStart"/>
            <w:r>
              <w:rPr>
                <w:rFonts w:cs="NanumGothic"/>
                <w:b/>
                <w:sz w:val="19"/>
              </w:rPr>
              <w:t>직위</w:t>
            </w:r>
            <w:proofErr w:type="spellEnd"/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BB0888" w14:textId="5A643DD7" w:rsidR="004F741E" w:rsidRDefault="00622F44">
            <w:pPr>
              <w:spacing w:after="0"/>
              <w:rPr>
                <w:rFonts w:hint="eastAsia"/>
                <w:lang w:eastAsia="ko-KR"/>
              </w:rPr>
            </w:pPr>
            <w:r>
              <w:rPr>
                <w:rFonts w:ascii="바탕" w:eastAsia="바탕" w:hAnsi="바탕" w:cs="바탕" w:hint="eastAsia"/>
                <w:lang w:eastAsia="ko-KR"/>
              </w:rPr>
              <w:t>㈜</w:t>
            </w:r>
            <w:proofErr w:type="spellStart"/>
            <w:r>
              <w:rPr>
                <w:rFonts w:cs="NanumGothic" w:hint="eastAsia"/>
                <w:lang w:eastAsia="ko-KR"/>
              </w:rPr>
              <w:t>에르모어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</w:t>
            </w:r>
            <w:proofErr w:type="spellStart"/>
            <w:r>
              <w:rPr>
                <w:rFonts w:cs="NanumGothic" w:hint="eastAsia"/>
                <w:lang w:eastAsia="ko-KR"/>
              </w:rPr>
              <w:t>링크맘사업팀</w:t>
            </w:r>
            <w:proofErr w:type="spellEnd"/>
            <w:r>
              <w:rPr>
                <w:rFonts w:cs="NanumGothic" w:hint="eastAsia"/>
                <w:lang w:eastAsia="ko-KR"/>
              </w:rPr>
              <w:t xml:space="preserve"> 마케팅파트 과장</w:t>
            </w:r>
          </w:p>
        </w:tc>
      </w:tr>
      <w:tr w:rsidR="004F741E" w14:paraId="0748FBE1" w14:textId="77777777">
        <w:trPr>
          <w:jc w:val="center"/>
        </w:trPr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C2F885" w14:textId="77777777" w:rsidR="004F741E" w:rsidRDefault="00000000">
            <w:pPr>
              <w:spacing w:after="0"/>
              <w:jc w:val="center"/>
            </w:pPr>
            <w:proofErr w:type="spellStart"/>
            <w:r>
              <w:rPr>
                <w:rFonts w:cs="NanumGothic"/>
                <w:b/>
                <w:sz w:val="19"/>
              </w:rPr>
              <w:t>서명</w:t>
            </w:r>
            <w:proofErr w:type="spellEnd"/>
            <w:r>
              <w:rPr>
                <w:rFonts w:cs="NanumGothic"/>
                <w:b/>
                <w:sz w:val="19"/>
              </w:rPr>
              <w:t xml:space="preserve"> </w:t>
            </w:r>
            <w:proofErr w:type="spellStart"/>
            <w:r>
              <w:rPr>
                <w:rFonts w:cs="NanumGothic"/>
                <w:b/>
                <w:sz w:val="19"/>
              </w:rPr>
              <w:t>또는</w:t>
            </w:r>
            <w:proofErr w:type="spellEnd"/>
            <w:r>
              <w:rPr>
                <w:rFonts w:cs="NanumGothic"/>
                <w:b/>
                <w:sz w:val="19"/>
              </w:rPr>
              <w:t xml:space="preserve"> </w:t>
            </w:r>
            <w:proofErr w:type="spellStart"/>
            <w:r>
              <w:rPr>
                <w:rFonts w:cs="NanumGothic"/>
                <w:b/>
                <w:sz w:val="19"/>
              </w:rPr>
              <w:t>날인</w:t>
            </w:r>
            <w:proofErr w:type="spellEnd"/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C50B9D" w14:textId="77777777" w:rsidR="004F741E" w:rsidRDefault="00000000">
            <w:pPr>
              <w:spacing w:after="0"/>
            </w:pPr>
            <w:r>
              <w:rPr>
                <w:rFonts w:cs="NanumGothic"/>
              </w:rPr>
              <w:br/>
            </w:r>
            <w:r>
              <w:rPr>
                <w:rFonts w:cs="NanumGothic"/>
              </w:rPr>
              <w:br/>
            </w:r>
          </w:p>
        </w:tc>
        <w:tc>
          <w:tcPr>
            <w:tcW w:w="1247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shd w:val="clear" w:color="auto" w:fill="F2F4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5B6545" w14:textId="77777777" w:rsidR="004F741E" w:rsidRDefault="00000000">
            <w:pPr>
              <w:spacing w:after="0"/>
              <w:jc w:val="center"/>
            </w:pPr>
            <w:r>
              <w:rPr>
                <w:rFonts w:cs="NanumGothic"/>
                <w:b/>
                <w:sz w:val="19"/>
              </w:rPr>
              <w:t>서명</w:t>
            </w:r>
          </w:p>
        </w:tc>
        <w:tc>
          <w:tcPr>
            <w:tcW w:w="3118" w:type="dxa"/>
            <w:tcBorders>
              <w:top w:val="single" w:sz="8" w:space="0" w:color="C9CED6"/>
              <w:left w:val="single" w:sz="8" w:space="0" w:color="C9CED6"/>
              <w:bottom w:val="single" w:sz="8" w:space="0" w:color="C9CED6"/>
              <w:right w:val="single" w:sz="8" w:space="0" w:color="C9CED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8DCBC" w14:textId="77777777" w:rsidR="004F741E" w:rsidRDefault="00000000">
            <w:pPr>
              <w:spacing w:after="0"/>
            </w:pPr>
            <w:r>
              <w:rPr>
                <w:rFonts w:cs="NanumGothic"/>
              </w:rPr>
              <w:br/>
            </w:r>
            <w:r>
              <w:rPr>
                <w:rFonts w:cs="NanumGothic"/>
              </w:rPr>
              <w:br/>
            </w:r>
          </w:p>
        </w:tc>
      </w:tr>
    </w:tbl>
    <w:p w14:paraId="15F3A9A7" w14:textId="77777777" w:rsidR="004F741E" w:rsidRDefault="00000000">
      <w:pPr>
        <w:spacing w:before="200" w:after="0" w:line="276" w:lineRule="auto"/>
        <w:rPr>
          <w:lang w:eastAsia="ko-KR"/>
        </w:rPr>
      </w:pPr>
      <w:r>
        <w:rPr>
          <w:rFonts w:cs="NanumGothic"/>
          <w:sz w:val="17"/>
          <w:lang w:eastAsia="ko-KR"/>
        </w:rPr>
        <w:t xml:space="preserve">※ 제출 전 사업자등록증, 재직증명서 또는 소속 확인서 등 </w:t>
      </w:r>
      <w:proofErr w:type="spellStart"/>
      <w:r>
        <w:rPr>
          <w:rFonts w:cs="NanumGothic"/>
          <w:sz w:val="17"/>
          <w:lang w:eastAsia="ko-KR"/>
        </w:rPr>
        <w:t>요청받은</w:t>
      </w:r>
      <w:proofErr w:type="spellEnd"/>
      <w:r>
        <w:rPr>
          <w:rFonts w:cs="NanumGothic"/>
          <w:sz w:val="17"/>
          <w:lang w:eastAsia="ko-KR"/>
        </w:rPr>
        <w:t xml:space="preserve"> 증빙서류를 함께 첨부하시고, 주민등록번호 등 불필요한 개인정보는 </w:t>
      </w:r>
      <w:proofErr w:type="spellStart"/>
      <w:r>
        <w:rPr>
          <w:rFonts w:cs="NanumGothic"/>
          <w:sz w:val="17"/>
          <w:lang w:eastAsia="ko-KR"/>
        </w:rPr>
        <w:t>마스킹해</w:t>
      </w:r>
      <w:proofErr w:type="spellEnd"/>
      <w:r>
        <w:rPr>
          <w:rFonts w:cs="NanumGothic"/>
          <w:sz w:val="17"/>
          <w:lang w:eastAsia="ko-KR"/>
        </w:rPr>
        <w:t xml:space="preserve"> 주세요.</w:t>
      </w:r>
    </w:p>
    <w:sectPr w:rsidR="004F741E" w:rsidSect="00034616">
      <w:footerReference w:type="default" r:id="rId8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C2ED" w14:textId="77777777" w:rsidR="00426ECD" w:rsidRDefault="00426ECD">
      <w:pPr>
        <w:spacing w:after="0" w:line="240" w:lineRule="auto"/>
      </w:pPr>
      <w:r>
        <w:separator/>
      </w:r>
    </w:p>
  </w:endnote>
  <w:endnote w:type="continuationSeparator" w:id="0">
    <w:p w14:paraId="2ECB168E" w14:textId="77777777" w:rsidR="00426ECD" w:rsidRDefault="00426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anumSquare">
    <w:altName w:val="Cambria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79EF" w14:textId="77777777" w:rsidR="004F741E" w:rsidRDefault="00000000">
    <w:pPr>
      <w:pStyle w:val="a6"/>
      <w:jc w:val="center"/>
      <w:rPr>
        <w:lang w:eastAsia="ko-KR"/>
      </w:rPr>
    </w:pPr>
    <w:r>
      <w:rPr>
        <w:rFonts w:cs="NanumGothic"/>
        <w:sz w:val="17"/>
        <w:lang w:eastAsia="ko-KR"/>
      </w:rPr>
      <w:t>카카오 매장 등록 및 관리자 권한 심사용 업무대행 증빙자료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4C1C8" w14:textId="77777777" w:rsidR="00426ECD" w:rsidRDefault="00426ECD">
      <w:pPr>
        <w:spacing w:after="0" w:line="240" w:lineRule="auto"/>
      </w:pPr>
      <w:r>
        <w:separator/>
      </w:r>
    </w:p>
  </w:footnote>
  <w:footnote w:type="continuationSeparator" w:id="0">
    <w:p w14:paraId="268091AF" w14:textId="77777777" w:rsidR="00426ECD" w:rsidRDefault="00426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5555598">
    <w:abstractNumId w:val="8"/>
  </w:num>
  <w:num w:numId="2" w16cid:durableId="1194735674">
    <w:abstractNumId w:val="6"/>
  </w:num>
  <w:num w:numId="3" w16cid:durableId="493034590">
    <w:abstractNumId w:val="5"/>
  </w:num>
  <w:num w:numId="4" w16cid:durableId="1173645641">
    <w:abstractNumId w:val="4"/>
  </w:num>
  <w:num w:numId="5" w16cid:durableId="309015664">
    <w:abstractNumId w:val="7"/>
  </w:num>
  <w:num w:numId="6" w16cid:durableId="224222283">
    <w:abstractNumId w:val="3"/>
  </w:num>
  <w:num w:numId="7" w16cid:durableId="873812450">
    <w:abstractNumId w:val="2"/>
  </w:num>
  <w:num w:numId="8" w16cid:durableId="1483885636">
    <w:abstractNumId w:val="1"/>
  </w:num>
  <w:num w:numId="9" w16cid:durableId="159797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6ECD"/>
    <w:rsid w:val="004F741E"/>
    <w:rsid w:val="00622F44"/>
    <w:rsid w:val="00AA1D8D"/>
    <w:rsid w:val="00B47730"/>
    <w:rsid w:val="00CB0664"/>
    <w:rsid w:val="00FC693F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A58319"/>
  <w14:defaultImageDpi w14:val="300"/>
  <w15:docId w15:val="{AF009167-2D3A-48A3-88CD-622554AB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300" w:lineRule="auto"/>
    </w:pPr>
    <w:rPr>
      <w:rFonts w:ascii="NanumGothic" w:eastAsia="NanumGothic" w:hAnsi="NanumGothic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업무대행 계약서(위임장 겸 확인서)</dc:title>
  <dc:subject>링크맘 용인동백점 카카오 매장 등록 업무대행 증빙</dc:subject>
  <dc:creator>DESKTOP</dc:creator>
  <cp:keywords>업무대행, 위임장, 카카오 매장 등록, 링크맘 용인동백점</cp:keywords>
  <dc:description>업무대행 계약서(위임장 겸 확인서) 양식</dc:description>
  <cp:lastModifiedBy>DESKTOP</cp:lastModifiedBy>
  <cp:revision>2</cp:revision>
  <dcterms:created xsi:type="dcterms:W3CDTF">2026-07-06T02:30:00Z</dcterms:created>
  <dcterms:modified xsi:type="dcterms:W3CDTF">2026-07-06T02:30:00Z</dcterms:modified>
  <cp:category/>
</cp:coreProperties>
</file>